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בלשון: חלקי דיבר, שורש ובניין, ניבים, תחביר ושגיאות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וחילוץ שורשים מתוך מילים בדרך חווייתית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מיומנות איתור ותיקון שגיאות לשון נפוצות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חשיבה יצירתית דרך תכנון חידה לשונית בהשראת חדרי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דיבר, שורש ובניין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דיבר, שורש ובניין – עובדות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האותיות הקבועות במילה הן כ-ת-ב, השאר אותיות 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'ספר' יכולה להיות גם שם עצם (חפץ לקריאה) וגם פועל, תלוי בהקשר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דיבר, שורש ובניין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לב"ש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דיבר, שורש ובניין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(התפעל)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ניבים, צירופים ומילות קישור – הבנת ניבים נפוצים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(להתאמץ לחשוב על פתרון לבעיה)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(לומר דברים בכנות)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(להתעלם מדבר מה, לא להעניש)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(לכעוס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(לנסות לעשות משהו מעבר ליכולת)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ניבים, צירופים ומילות קישור – מילות 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דנה אהבה לקרוא, ולכן ביקרה בספרייה כל 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'כי' מביעה סיבה ו'למרות ש' מביעה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ניבים, צירופים ומילות קישור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בגלל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ניבים, צירופים ומילות קישור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שימוש נכון בניב במשמעותו המושאלת, הקשור לפתרון חידה או 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שמילות קישור מבהירות את הקשר בין רעיונות (סיבה, ניגוד, תוצאה) ודוגמה מקורית תואמת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תחביר, משפט מורכב ושגיאות נפוצות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שיש בו משפט עיקרי ולפחות משפט משועבד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תלוי במשפט העיקרי ומשלים את המשמעות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תחביר, משפט מורכב ושגיאות נפוצות – איתור ותיקון שגיאות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המונה שם עצם בנקבה צריך להיות בנקבה – "שלוש בנות"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"אשר" מחברת בין משפט עיקרי למשועבד כמו "ש"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ספר הוא שם עצם בזכר, לכן יש לומר "שני ספרים"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תחביר, משפט מורכב ושגיאות נפוצות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תחביר, משפט מורכב ושגיאות נפוצות – התאמות בין מילת שעבוד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(מציינת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(מציינת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(מציינת ויתור)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(מציינת תנאי)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(מחברת תוכן למשפט העיקרי)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שורשים, מילים חדשות ובעקבות אליעזר בן-יהודה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פעל להחיות ולהרחיב את העברית במילים חדשות לחיי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האותיות ר, פ, א מרכיבות את שורש המילה ומקושרות למשמעות ריפוי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נושא חדר הבריחה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שורשים, מילים חדשות ובעקבות אליעזר בן-יהודה – תרגול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ס-כ-ל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פ-ת-ח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ר-ג-ש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שורשים, מילים חדשות ובעקבות אליעזר בן-יהודה – התאמה וסדר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(ז-כ-ר)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(ד-ב-ר)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חדר בריחה לשוני משלנו – מה זוכרים מהמדריך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המדריך פותח בהגדרת היעדים וסיפור המסגרת לפני תכנון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סיפור המסגרת חשוב כדי להחזיק את הלומדים במתח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מתקבל הקוד לפתיחת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במדריך לגבי חידת הפענוח התחבירי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לעולם תוכן בשם מכונת הזמן של אליעזר בן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חדר בריחה לשוני משלנו – התאמת סוגי 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(הפיכת אותיות השורש למספרים לפי מיקומן באלפבית)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(איתור שגיאות מכוונות כמו אי התאם מספר ומין)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(פתרון הגדרות לשוניות שחושפות אותיות למילת מפתח)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(מיון מילים לפי בניינים או קטגוריות לשוניות)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(עלילה שמחזיקה את הלומדים במתח לאורך כל החדר)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בונים חדר בריחה לשוני משלנו – מתכננים חידה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יעד תוכן ברור ומוגדר הקשור ללשון, כמו זיהוי בניין או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 קצרה הקשורה לעולם לשוני, עם מתח ומטרה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מילים עם שורש נכון וקוד מספרי מדויק לפי מיקום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עם שגיאת התאמה מכוונת בין מספר למין השם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המעבדה של 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פריצה למערכת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ז׳–ט׳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הגדרת יעדים פדגוגיים וסיפור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פענוח תחבירי (תיקון שגיאות)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לפי מיקום האות בא״ב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שלוש או ארבע אותיות שורש והבניין המתאים מתוך רשימת בניינים ידועה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השגיאה הספציפית במשפט (מין/מספר) והצעת הניסוח הנכון במקומה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החידה כוללת יעד תוכן ברור, רמז מתבקש ופתרון הגיוני שמתקשר לנושא הלשוני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לכמה שיעורים - פרק אחד או שניים בכל מפגש,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רמזים נוספים או להתחיל מפרק 1 ולדלג על פרק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להרחיב את פרק 5 ולבקש תכנון חדר בריחה מלא עם כמה מנעולים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בזוגות או בקבוצות קטנות בפרק האחרון כדי לחקות את אופי המשחק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חדרי בריחה לשוניים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תרגילים הקשורים לאחד מחדרי הבריחה הלשוניים. פתרו את התרגילים לפי הסדר, ובפרק האחרון תנסו לבנות חידה קצרה משלכם בהשראת מה שלמדתם.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דיבר, שורש ובניין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מהמילים יש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בניין המילה 'למד'?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דיבר, שורש ובניין – עובדות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'מכתב' הוא כת"ב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'ספר' היא תמיד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דיבר, שורש ובניין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'הגדיל'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'התלבש'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חלקי דיבר, שורש ובניין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ניבים, צירופים ומילות קישור – הבנת ניבים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להתעלם מדבר מה, לא להעניש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להתאמץ לחשוב על פתרון לבעיה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לעצום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לומר דברים בכנות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לצאת מהכלים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לנסות לעשות משהו מעבר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לכעוס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ניבים, צירופים ומילות קישור – מילות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מילת קישור משתמשים כדי לבטא ניגוד בין שני חלקי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הקישור 'כיוון ש' מבטאת יחס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מילת הקישור משמשת לציון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אהבה לקרוא, למרות שלא היה לה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 אהבה לקרוא, ולכן ביקרה בספרייה כל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אהבה לקרוא כאשר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 אהבה לקרוא כי זה הרגיע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מילות הקישור 'כי' ו'למרות ש' מבחינת התפקיד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 מביעות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'כי' מביעה סיבה ו'למרות ש' מביעה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מביעות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הבדל, אפשר להחליף ביניהן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ניבים, צירופים ומילות קישור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חיפשתי את הספר בספרייה __________ לא מצאתי אותו בשום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ירד גשם כבד, הטיול לספרייה בוטל.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ניבים, צירופים ומילות קישור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בניב 'לשבור את הראש' בהקשר של פתרון תעלומה בספרייה.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להשתמש במילות קישור מגוונות בכתיבה, והביאו דוגמה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תחביר, משפט מורכב ושגיאות נפוצות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עם שני פעלים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שיש בו משפט עיקרי ולפחות משפט משועבד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קצר ללא נשוא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מילים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משמשת כמילת שעבוד המחברת משפט עיקרי למשועבד?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תפקידו של המשפט המשועבד במשפט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עומד בפני עצמו ואינו תלוי באיש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תלוי במשפט העיקרי ומשלים את המשמעות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תמיד מופיע לפני המשפט העיקרי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שום תפקיד תחבירי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תחביר, משפט מורכב ושגיאות נפוצות – איתור ותיקון שגיאות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"שלושה בנות"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"אשר" יכולה לשמש מילת שעבוד במשפט מורכב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"שתי ספרים" תקין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תחביר, משפט מורכב ושגיאות נפוצות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התיקון הנכון לצירוף השגוי 'שתי ספרים' הוא: __________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התיקון הנכון לצירוף השגוי 'שלושה בנות' הוא: __________ 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מילת קישור מתאימה: לא יצאנו לטיול __________ ירד גשם חזק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תחביר, משפט מורכב ושגיאות נפוצות – התאמות בין מילת שעבוד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מחברת תוכן למשפט העיקרי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כאשר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מציינת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למרות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מציינת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מציינת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מציינת ויתור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שורשים, מילים חדשות ובעקבות אליעזר בן-יהודה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בן-יהודה עסק בחידוש מילים בשפה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המילה "מרפאה" הוא ר-פ-א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מנעולי "המילון האבוד" עוסקים בשורשים, מילים חדשות ושגיאות נפוצות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שורשים, מילים חדשות ובעקבות אליעזר בן-יהודה – תרגול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שורש המילה "הסתכלות"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שורש המילה "התפתחות"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שורש המילה "התרגשות"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שורשים, מילים חדשות ובעקבות אליעזר בן-יהודה – התאמה וסדר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ז-כ-ר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ד-ב-ר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דיבור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חדר בריחה לשוני משלנו – מה זוכרים מהמדריך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הראשון בבניית חדר בריחה לשוני מגדירים יעדים פדגוגיים וסיפור מסגרת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המסגרת בחדר בריחה הוא דבר שולי שאין לו באמת תפקיד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קוד המספרים מחלצים את אותיות השורש ומתרגמים אותן לערך מספרי לפי מיקומן באלפבית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תיקון השגיאות, מספר השגיאות במשפט יכול לשמש ספרה בקוד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הדוגמאות לסיפור מסגרת במדריך היא מכונת זמן שהתקלקלה וצריך להחזיר מילים לשורשיהן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חדר בריחה לשוני משלנו – התאמת סוגי 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חידת שורשים ומבנה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עלילה שמחזיקה את הלומדים במתח לאורך כל החדר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פענוח תחבירי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מיון מילים לפי בניינים או קטגוריות לשוניות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תשבץ או תפזורת מוסתרת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הפיכת אותיות השורש למספרים לפי מיקומן באלפבית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משימת 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איתור שגיאות מכוונות כמו אי התאם מספר ומין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מסגרת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פתרון הגדרות לשוניות שחושפות אותיות למילת מפתח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בונים חדר בריחה לשוני משלנו – מתכננים חידה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יעד פדגוגי אחד לחדר הבריחה שלכם, לדוגמה זיהוי בניינים או הבחנה בין שורשים, וכתבו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מסגרת קצר בן 2-3 משפטים לחדר הבריחה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חברו חידת שורשים: בחרו שלוש מילים, חלצו מהן את אותיות השורש וחשבו את הקוד המספרי שלהן לפי מיקום האותיות באלפבית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חברו משפט עם שגיאת התאם מספר-מין (כמו שלושה בנות) שיתאים לחידת תיקון שגיאות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חדר בריחה מתרגלים חלקי דיבר, שורש ובניין?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המעבדה של פרופסור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תעלומת הספרייה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פריצה למערכת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המילון האבוד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מנעולים יש בחדר 'תעלומת הספרייה הנעולה'?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חדר מתרגלים תחביר ומשפט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המעבדה של פרופסור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פריצה למערכת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תעלומת הספרייה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המילון האבוד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קבוצת גיל מיועד החדר 'המילון האבוד'?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א׳–ב׳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ז׳–ט׳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ט׳–י׳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י״א–י״ב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השלב הראשון בבניית חדר בריחה לשוני, לפי המדריך?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בחירת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הגדרת יעדים פדגוגיים וסיפור 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בחירת רמזים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סוג חידה הופכת שגיאות כמו 'שלושה בנות' לרצף 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תשבץ מוסתר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פענוח תחבירי (תיקון שגיאות)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משימת 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חידת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בחידת 'קוד מספרים' לשורשים, כיצד הופכים אותיות למספרים?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מספר המנעול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מיקום האות בא״ב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מספר האותיות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באופן אקראי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שורש ובניין במילה נתונה ולהסביר איך הגעתי לתשובה?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לאתר שגיאת התאם או תחביר במשפט ולתקן אותה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לתכנן חידה לשונית קצרה וברורה סביב נושא לימודי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חדרי בריחה לשוניים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