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חדרי בריחה לשוניים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ידע בלשון: חלקי דיבר, שורש ובניין, ניבים, תחביר ושגיאות נפוצות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וחילוץ שורשים מתוך מילים בדרך חווייתית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מיומנות איתור ותיקון שגיאות לשון נפוצות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חשיבה יצירתית דרך תכנון חידה לשונית בהשראת חדרי 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חלקי דיבר, שורש ובניין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חלקי דיבר, שורש ובניין – עובדות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האותיות הקבועות במילה הן כ-ת-ב, השאר אותיות 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'ספר' יכולה להיות גם שם עצם (חפץ לקריאה) וגם פועל, תלוי בהקשר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חלקי דיבר, שורש ובניין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גד"ל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לב"ש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חלקי דיבר, שורש ובניין –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(פיעל)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(הפעיל)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(התפעל)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ניבים, צירופים ומילות קישור – הבנת ניבים נפוצים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(להתאמץ לחשוב על פתרון לבעיה)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(לומר דברים בכנות)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(להתעלם מדבר מה, לא להעניש)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(לכעוס מאוד)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ניבים, צירופים ומילות קישור – מילות קישור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ניבים, צירופים ומילות קישור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ניבים, צירופים ומילות קישור – חשיבה והבעה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תחביר, משפט מורכב ושגיאות נפוצות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משפט שיש בו משפט עיקרי ולפחות משפט משועבד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תחביר, משפט מורכב ושגיאות נפוצות – איתור ותיקון שגיאות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מספר המונה שם עצם בנקבה צריך להיות בנקבה – "שלוש בנות"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"אשר" מחברת בין משפט עיקרי למשועבד כמו "ש"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תחביר, משפט מורכב ושגיאות נפוצות – תרגול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תחביר, משפט מורכב ושגיאות נפוצות – התאמות בין מילת שעבוד לתפקיד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(מציינת 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(מציינת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(מציינת ויתור)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(מציינת תנאי)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שורשים, מילים חדשות ובעקבות אליעזר בן-יהודה – זיהוי ושליפה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פעל להחיות ולהרחיב את העברית במילים חדשות לחיי היומיום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האותיות ר, פ, א מרכיבות את שורש המילה ומקושרות למשמעות ריפוי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שורשים, מילים חדשות ובעקבות אליעזר בן-יהודה – תרגול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ס-כ-ל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פ-ת-ח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שורשים, מילים חדשות ובעקבות אליעזר בן-יהודה – התאמה וסדר 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(ל-מ-ד)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(ש-מ-ר)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(ז-כ-ר)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בונים חדר בריחה לשוני משלנו – מה זוכרים מהמדריך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המדריך פותח בהגדרת היעדים וסיפור המסגרת לפני תכנון החידות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סיפור המסגרת חשוב כדי להחזיק את הלומדים במתח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מתקבל הקוד לפתיחת המנעול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בונים חדר בריחה לשוני משלנו – התאמת סוגי 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(הפיכת אותיות השורש למספרים לפי מיקומן באלפבית)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(איתור שגיאות מכוונות כמו אי התאם מספר ומין)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(פתרון הגדרות לשוניות שחושפות אותיות למילת מפתח)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בונים חדר בריחה לשוני משלנו – מתכננים חידה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יעד תוכן ברור ומוגדר הקשור ללשון, כמו זיהוי בניין או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עלילה קצרה הקשורה לעולם לשוני, עם מתח ומטרה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המעבדה של פרופסור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פריצה למערכת העיתון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שלוש או ארבע אותיות שורש והבניין המתאים מתוך רשימת בניינים ידועה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איתור השגיאה הספציפית במשפט (מין/מספר) והצעת הניסוח הנכון במקומה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החידה כוללת יעד תוכן ברור, רמז מתבקש ופתרון הגיוני שמתקשר לנושא הלשוני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לכמה שיעורים - פרק אחד או שניים בכל מפגש, בהתאם לקצב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רמזים נוספים או להתחיל מפרק 1 ולדלג על פרק 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להרחיב את פרק 5 ולבקש תכנון חדר בריחה מלא עם כמה מנעולים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עבודה בזוגות או בקבוצות קטנות בפרק האחרון כדי לחקות את אופי המשחק המקורי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חדרי בריחה לשוניים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פרק תמצאו תרגילים הקשורים לאחד מחדרי הבריחה הלשוניים. פתרו את התרגילים לפי הסדר, ובפרק האחרון תנסו לבנות חידה קצרה משלכם בהשראת מה שלמדתם.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שלוש  ·  פ-ת-ח  ·  שני  ·  אבל  ·  גד"ל  ·  ס-כ-ל  ·  לב"ש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חלקי דיבר, שורש ובניין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מהמילים יש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בניין המילה 'למד'?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פיעל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חלקי דיבר, שורש ובניין – עובדות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השורש של המילה 'מכתב' הוא כת"ב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'ספר' היא תמיד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חלקי דיבר, שורש ובניין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המילה 'הגדיל'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השורש של המילה 'התלבש'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חלקי דיבר, שורש ובניין –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לימד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הפעיל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הלביש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פיעל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התרגש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נפעל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ניבים, צירופים ומילות קישור – הבנת ניבים נפוצים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לשבור את הראש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לומר דברים בכנות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לשים יד על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לכעוס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לעצום 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להתעלם מדבר מה, לא להעניש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לצאת מהכלים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להתאמץ לחשוב על פתרון לבעיה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ניבים, צירופים ומילות קישור – מילות קישור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מילת קישור משתמשים כדי לבטא ניגוד בין שני חלקי 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ולכן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מילת הקישור 'כיוון ש' מבטאת יחס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תוצאה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ניבים, צירופים ומילות קישור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חיפשתי את הספר בספרייה __________ לא מצאתי אותו בשום מקום.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ניבים, צירופים ומילות קישור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תחביר, משפט מורכב ושגיאות נפוצות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משפט מורכב?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משפט עם שני פעלים 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משפט שיש בו משפט עיקרי ולפחות משפט משועבד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משפט קצר ללא נשוא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מהמילים הבאות משמשת כמילת שעבוד המחברת משפט עיקרי למשועבד?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תחביר, משפט מורכב ושגיאות נפוצות – איתור ותיקון שגיאות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הצירוף "שלושה בנות" תקין בעברית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"אשר" יכולה לשמש מילת שעבוד במשפט מורכב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תחביר, משפט מורכב ושגיאות נפוצות – תרגול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התיקון הנכון לצירוף השגוי 'שתי ספרים' הוא: __________ 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התיקון הנכון לצירוף השגוי 'שלושה בנות' הוא: __________ בנות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תחביר, משפט מורכב ושגיאות נפוצות – התאמות בין מילת שעבוד לתפקיד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מציינת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כאשר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מציינת תנאי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למרות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מציינת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מציינת ויתור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שורשים, מילים חדשות ובעקבות אליעזר בן-יהודה – זיהוי ושליפה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אליעזר בן-יהודה עסק בחידוש מילים בשפה העברית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שורש המילה "מרפאה" הוא ר-פ-א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שורשים, מילים חדשות ובעקבות אליעזר בן-יהודה – תרגול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שורש המילה "הסתכלות"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שורש המילה "התפתחות"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שורשים, מילים חדשות ובעקבות אליעזר בן-יהודה – התאמה וסדר 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ז-כ-ר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לימוד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כ-ת-ב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שמירה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ל-מ-ד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זכירה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ש-מ-ר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בונים חדר בריחה לשוני משלנו – מה זוכרים מהמדריך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הראשון בבניית חדר בריחה לשוני מגדירים יעדים פדגוגיים וסיפור מסגרת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סיפור המסגרת בחדר בריחה הוא דבר שולי שאין לו באמת תפקיד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בחידת קוד המספרים מחלצים את אותיות השורש ומתרגמים אותן לערך מספרי לפי מיקומן באלפבית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בונים חדר בריחה לשוני משלנו – התאמת סוגי 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חידת שורשים ומבנה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איתור שגיאות מכוונות כמו אי התאם מספר ומין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פענוח תחבירי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פתרון הגדרות לשוניות שחושפות אותיות למילת מפתח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תשבץ או תפזורת מוסתרת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הפיכת אותיות השורש למספרים לפי מיקומן באלפבית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בונים חדר בריחה לשוני משלנו – מתכננים חידה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יעד פדגוגי אחד לחדר הבריחה שלכם, לדוגמה זיהוי בניינים או הבחנה בין שורשים, וכתבו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סיפור מסגרת קצר בן 2-3 משפטים לחדר הבריחה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חדר בריחה מתרגלים חלקי דיבר, שורש ובניין?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המעבדה של פרופסור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תעלומת הספרייה הנעולה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פריצה למערכת 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מנעולים יש בחדר 'תעלומת הספרייה הנעולה'?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באיזה חדר מתרגלים תחביר ומשפט מורכב?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המעבדה של פרופסור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פריצה למערכת 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תעלומת הספרייה הנעולה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לזהות שורש ובניין במילה נתונה ולהסביר איך הגעתי לתשובה?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לאתר שגיאת התאם או תחביר במשפט ולתקן אותה 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חדרי בריחה לשוניים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